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0"/>
      </w:pPr>
      <w:r>
        <w:t>Modello n. 2.</w:t>
      </w:r>
    </w:p>
    <w:p>
      <w:pPr>
        <w:spacing w:line="360" w:lineRule="auto" w:before="0" w:after="0"/>
        <w:jc w:val="right"/>
      </w:pPr>
      <w:r>
        <w:t>Al Sindaco del Comune di Verucchio</w:t>
      </w:r>
    </w:p>
    <w:p>
      <w:pPr>
        <w:spacing w:line="360" w:lineRule="auto" w:before="0" w:after="0"/>
        <w:jc w:val="right"/>
      </w:pPr>
      <w:r>
        <w:t>Albo Pretorio On Line</w:t>
      </w:r>
    </w:p>
    <w:p/>
    <w:p>
      <w:pPr>
        <w:spacing w:line="360" w:lineRule="auto" w:before="0" w:after="0"/>
      </w:pPr>
      <w:r>
        <w:rPr>
          <w:b/>
        </w:rPr>
        <w:t>Oggetto: Richiesta di pubblicazione Avviso di Cambiamento/Aggiunta del Nome/Cognome.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0205"/>
            <w:gridSpan w:val="3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/>
                <w:sz w:val="24"/>
              </w:rPr>
              <w:t>Il sottoscritto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cognome: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nome: ______________________________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nato in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il _________________________________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residente (città)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</w:r>
          </w:p>
        </w:tc>
      </w:tr>
      <w:tr>
        <w:tc>
          <w:tcPr>
            <w:tcW w:type="dxa" w:w="10205"/>
            <w:gridSpan w:val="3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/>
                <w:sz w:val="24"/>
              </w:rPr>
              <w:t>e la sottoscritta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cognome: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nome: ______________________________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nata in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il _________________________________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residente (città)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</w:r>
          </w:p>
        </w:tc>
      </w:tr>
      <w:tr>
        <w:tc>
          <w:tcPr>
            <w:tcW w:type="dxa" w:w="10205"/>
            <w:gridSpan w:val="3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/>
                <w:sz w:val="24"/>
              </w:rPr>
              <w:t>in qualità di rappresentanti legali del/della minore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cognome: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nome: ______________________________</w:t>
            </w:r>
          </w:p>
        </w:tc>
      </w:tr>
      <w:tr>
        <w:tc>
          <w:tcPr>
            <w:tcW w:type="dxa" w:w="1984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nato/a in</w:t>
            </w:r>
          </w:p>
        </w:tc>
        <w:tc>
          <w:tcPr>
            <w:tcW w:type="dxa" w:w="4819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__________________________________</w:t>
            </w:r>
          </w:p>
        </w:tc>
        <w:tc>
          <w:tcPr>
            <w:tcW w:type="dxa" w:w="3402"/>
          </w:tcPr>
          <w:p>
            <w:pPr>
              <w:spacing w:line="360" w:lineRule="auto" w:before="0" w:after="0"/>
            </w:pPr>
            <w:r/>
            <w:r>
              <w:rPr>
                <w:rFonts w:ascii="Times New Roman" w:hAnsi="Times New Roman"/>
                <w:i w:val="0"/>
                <w:sz w:val="24"/>
              </w:rPr>
              <w:t>il _________________________________</w:t>
            </w:r>
          </w:p>
        </w:tc>
      </w:tr>
    </w:tbl>
    <w:p/>
    <w:p>
      <w:pPr>
        <w:spacing w:line="360" w:lineRule="auto" w:before="0" w:after="0"/>
      </w:pPr>
      <w:r>
        <w:t>hanno presentato in data ____________________ alla Prefettura di ____________________</w:t>
      </w:r>
    </w:p>
    <w:p>
      <w:pPr>
        <w:spacing w:line="360" w:lineRule="auto" w:before="0" w:after="0"/>
      </w:pPr>
      <w:r>
        <w:t>istanza di cambiamento del nome/cognome del/della minore</w:t>
      </w:r>
    </w:p>
    <w:p>
      <w:pPr>
        <w:spacing w:line="360" w:lineRule="auto" w:before="0" w:after="0"/>
      </w:pPr>
      <w:r>
        <w:t>da ____________________________________________</w:t>
      </w:r>
    </w:p>
    <w:p>
      <w:pPr>
        <w:spacing w:line="360" w:lineRule="auto" w:before="0" w:after="0"/>
      </w:pPr>
      <w:r>
        <w:t>a ____________________________________________</w:t>
      </w:r>
    </w:p>
    <w:p/>
    <w:p>
      <w:pPr>
        <w:spacing w:line="360" w:lineRule="auto" w:before="0" w:after="0"/>
      </w:pPr>
      <w:r>
        <w:t>In data ____________________ la Prefettura/il Ministero dell'Interno ha autorizzato con proprio decreto n. ____________________ del ____________________ il cambiamento richiesto;</w:t>
      </w:r>
    </w:p>
    <w:p/>
    <w:p>
      <w:pPr>
        <w:spacing w:line="360" w:lineRule="auto" w:before="0" w:after="0"/>
        <w:jc w:val="center"/>
      </w:pPr>
      <w:r>
        <w:rPr>
          <w:b/>
        </w:rPr>
        <w:t>chiedono</w:t>
      </w:r>
    </w:p>
    <w:p/>
    <w:p>
      <w:pPr>
        <w:spacing w:line="360" w:lineRule="auto" w:before="0" w:after="0"/>
      </w:pPr>
      <w:r>
        <w:t>di pubblicare all'Albo Pretorio On-Line del Comune di Verucchio, l'Avviso di cambiamento del suddetto nome/cognome;</w:t>
      </w:r>
    </w:p>
    <w:p/>
    <w:p>
      <w:pPr>
        <w:spacing w:line="360" w:lineRule="auto" w:before="0" w:after="0"/>
        <w:jc w:val="center"/>
      </w:pPr>
      <w:r>
        <w:rPr>
          <w:b/>
        </w:rPr>
        <w:t>dichiarano</w:t>
      </w:r>
    </w:p>
    <w:p/>
    <w:p>
      <w:pPr>
        <w:spacing w:line="360" w:lineRule="auto" w:before="0" w:after="0"/>
      </w:pPr>
      <w:r>
        <w:t>di essere a conoscenza che l'avviso di cambiamento del nome/cognome resterà pubblicato per la durata di 30 giorni, ai sensi dell'art. 32 della Legge 69/2009 e di aver entrambi adempiuto agli obblighi fiscali previsti dalla Legge.</w:t>
      </w:r>
    </w:p>
    <w:p/>
    <w:p>
      <w:pPr>
        <w:spacing w:line="360" w:lineRule="auto" w:before="0" w:after="0"/>
      </w:pPr>
      <w:r>
        <w:rPr>
          <w:i/>
        </w:rPr>
        <w:t>Chiunque ritenga di averne interesse, può opporsi nei modi e nei termini previsti dalla normativa vigente</w:t>
      </w:r>
    </w:p>
    <w:p/>
    <w:p>
      <w:pPr>
        <w:spacing w:line="360" w:lineRule="auto" w:before="0" w:after="0"/>
      </w:pPr>
      <w:r>
        <w:t>Distinti saluti.</w:t>
      </w:r>
    </w:p>
    <w:p/>
    <w:p>
      <w:pPr>
        <w:spacing w:line="360" w:lineRule="auto" w:before="0" w:after="0"/>
      </w:pPr>
      <w:r>
        <w:t>data: lì ____________________</w:t>
      </w:r>
    </w:p>
    <w:p>
      <w:pPr>
        <w:spacing w:line="360" w:lineRule="auto" w:before="0" w:after="0"/>
        <w:jc w:val="right"/>
      </w:pPr>
      <w:r>
        <w:t>i richiedenti ____________________    ____________________</w:t>
      </w:r>
    </w:p>
    <w:p/>
    <w:p>
      <w:pPr>
        <w:spacing w:line="360" w:lineRule="auto" w:before="0" w:after="0"/>
      </w:pPr>
      <w:r>
        <w:rPr>
          <w:b/>
        </w:rPr>
        <w:t>INFORMATIVA AI SENSI DELL'ART. 13 D. Lgs. 196/2003</w:t>
      </w:r>
    </w:p>
    <w:p>
      <w:pPr>
        <w:spacing w:line="360" w:lineRule="auto" w:before="0" w:after="0"/>
      </w:pPr>
      <w:r>
        <w:t>I dati sopra riportati sono prescritti dalle disposizioni vigenti ai fini del presente procedimento e verranno utilizzati esclusivamente per tale scopo.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