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0"/>
      </w:pPr>
      <w:r>
        <w:t>Modello n. 1.</w:t>
      </w:r>
    </w:p>
    <w:p>
      <w:pPr>
        <w:spacing w:line="360" w:lineRule="auto" w:before="0" w:after="0"/>
        <w:jc w:val="right"/>
      </w:pPr>
      <w:r>
        <w:t>Al Sindaco del Comune di Verucchio</w:t>
      </w:r>
    </w:p>
    <w:p>
      <w:pPr>
        <w:spacing w:line="360" w:lineRule="auto" w:before="0" w:after="0"/>
        <w:jc w:val="right"/>
      </w:pPr>
      <w:r>
        <w:t>Albo Pretorio On Line</w:t>
      </w:r>
    </w:p>
    <w:p/>
    <w:p>
      <w:pPr>
        <w:spacing w:line="360" w:lineRule="auto" w:before="0" w:after="0"/>
      </w:pPr>
      <w:r>
        <w:t>Oggetto: Richiesta di pubblicazione Avviso di Cambiamento/Aggiunta del Nome/Cognome.</w:t>
      </w:r>
    </w:p>
    <w:p/>
    <w:p>
      <w:pPr>
        <w:spacing w:line="360" w:lineRule="auto" w:before="0" w:after="0"/>
      </w:pPr>
      <w:r>
        <w:t>Il/la sottoscritto/a</w:t>
      </w:r>
    </w:p>
    <w:p>
      <w:pPr>
        <w:spacing w:line="360" w:lineRule="auto" w:before="0" w:after="0"/>
      </w:pPr>
      <w:r>
        <w:t>cognome: ________________________________     nome: ________________________________</w:t>
      </w:r>
    </w:p>
    <w:p>
      <w:pPr>
        <w:spacing w:line="360" w:lineRule="auto" w:before="0" w:after="0"/>
      </w:pPr>
      <w:r>
        <w:t>nato/a in ________________________________     il ________________________________</w:t>
      </w:r>
    </w:p>
    <w:p>
      <w:pPr>
        <w:spacing w:line="360" w:lineRule="auto" w:before="0" w:after="0"/>
      </w:pPr>
      <w:r>
        <w:t>residente in ________________________________ (città)</w:t>
      </w:r>
    </w:p>
    <w:p>
      <w:pPr>
        <w:spacing w:line="360" w:lineRule="auto" w:before="0" w:after="0"/>
      </w:pPr>
    </w:p>
    <w:p>
      <w:pPr>
        <w:spacing w:line="360" w:lineRule="auto" w:before="0" w:after="0"/>
      </w:pPr>
      <w:r>
        <w:t>ha presentato in data ____________________ alla Prefettura di ____________________</w:t>
      </w:r>
    </w:p>
    <w:p>
      <w:pPr>
        <w:spacing w:line="360" w:lineRule="auto" w:before="0" w:after="0"/>
      </w:pPr>
      <w:r>
        <w:t>istanza di cambiamento del nome/cognome</w:t>
      </w:r>
    </w:p>
    <w:p>
      <w:pPr>
        <w:spacing w:line="360" w:lineRule="auto" w:before="0" w:after="0"/>
      </w:pPr>
      <w:r>
        <w:t>da ____________________</w:t>
      </w:r>
    </w:p>
    <w:p>
      <w:pPr>
        <w:spacing w:line="360" w:lineRule="auto" w:before="0" w:after="0"/>
      </w:pPr>
      <w:r>
        <w:t>a ____________________</w:t>
      </w:r>
    </w:p>
    <w:p>
      <w:pPr>
        <w:spacing w:line="360" w:lineRule="auto" w:before="0" w:after="0"/>
      </w:pPr>
    </w:p>
    <w:p>
      <w:pPr>
        <w:spacing w:line="360" w:lineRule="auto" w:before="0" w:after="0"/>
      </w:pPr>
      <w:r>
        <w:t>La Prefettura/il Ministero dell'Interno ha autorizzato con proprio decreto n. ____________</w:t>
      </w:r>
    </w:p>
    <w:p>
      <w:pPr>
        <w:spacing w:line="360" w:lineRule="auto" w:before="0" w:after="0"/>
      </w:pPr>
      <w:r>
        <w:t>del ____________________ il cambiamento richiesto;</w:t>
      </w:r>
    </w:p>
    <w:p>
      <w:pPr>
        <w:spacing w:line="360" w:lineRule="auto" w:before="0" w:after="0"/>
      </w:pPr>
    </w:p>
    <w:p>
      <w:pPr>
        <w:spacing w:line="360" w:lineRule="auto" w:before="0" w:after="0"/>
        <w:jc w:val="center"/>
      </w:pPr>
      <w:r>
        <w:rPr>
          <w:b/>
        </w:rPr>
        <w:t>chiede</w:t>
      </w:r>
    </w:p>
    <w:p/>
    <w:p>
      <w:pPr>
        <w:spacing w:line="360" w:lineRule="auto" w:before="0" w:after="0"/>
      </w:pPr>
      <w:r>
        <w:t>di pubblicare all'Albo Pretorio On-Line del Comune di Verucchio l'avviso di cambiamento del suddetto nome/cognome;</w:t>
      </w:r>
    </w:p>
    <w:p/>
    <w:p>
      <w:pPr>
        <w:spacing w:line="360" w:lineRule="auto" w:before="0" w:after="0"/>
        <w:jc w:val="center"/>
      </w:pPr>
      <w:r>
        <w:rPr>
          <w:b/>
        </w:rPr>
        <w:t>dichiara</w:t>
      </w:r>
    </w:p>
    <w:p/>
    <w:p>
      <w:pPr>
        <w:spacing w:line="360" w:lineRule="auto" w:before="0" w:after="0"/>
      </w:pPr>
      <w:r>
        <w:t>di essere a conoscenza che l'avviso di cambiamento del nome/cognome sarà pubblicato per la durata di trenta (30) giorni consecutivi;</w:t>
      </w:r>
    </w:p>
    <w:p/>
    <w:p>
      <w:pPr>
        <w:spacing w:line="360" w:lineRule="auto" w:before="0" w:after="0"/>
      </w:pPr>
      <w:r>
        <w:rPr>
          <w:i/>
        </w:rPr>
        <w:t>Chiunque ritenga di averne interesse, può opporsi nei modi e nei termini previsti dalla normativa vigente</w:t>
      </w:r>
    </w:p>
    <w:p/>
    <w:p>
      <w:pPr>
        <w:spacing w:line="360" w:lineRule="auto" w:before="0" w:after="0"/>
      </w:pPr>
      <w:r>
        <w:t>Distinti saluti.</w:t>
      </w:r>
    </w:p>
    <w:p/>
    <w:p>
      <w:pPr>
        <w:spacing w:line="360" w:lineRule="auto" w:before="0" w:after="0"/>
      </w:pPr>
      <w:r>
        <w:t>data: lì ____________________</w:t>
      </w:r>
    </w:p>
    <w:p/>
    <w:p>
      <w:pPr>
        <w:spacing w:line="360" w:lineRule="auto" w:before="0" w:after="0"/>
        <w:jc w:val="right"/>
      </w:pPr>
      <w:r>
        <w:t>Il/La richiedente ____________________</w:t>
      </w:r>
    </w:p>
    <w:p/>
    <w:p>
      <w:pPr>
        <w:spacing w:line="360" w:lineRule="auto" w:before="0" w:after="0"/>
      </w:pPr>
      <w:r>
        <w:rPr>
          <w:b/>
        </w:rPr>
        <w:t>INFORMATIVA AI SENSI DELL'ART. 13 D. Lgs. 196/2003</w:t>
      </w:r>
    </w:p>
    <w:p>
      <w:pPr>
        <w:spacing w:line="360" w:lineRule="auto" w:before="0" w:after="0"/>
      </w:pPr>
      <w:r>
        <w:t>I dati sopra riportati sono prescritti dalle disposizioni vigenti ai fini del presente procedimento e verranno utilizzati esclusivamente per tale scopo.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